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תמרורים, בטיחות בדרכים ושיח על ערכים – מותאם ליסודי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https://tamrurei-siach.sites.tab.bot/track-y-o.html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כאן חוצים את הכביש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ממתינים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כאן הולכים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נתיב לרוכבי אופניים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אסור להיכנס מכאן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מותר לחצות אחרי בדיקה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מחכים על המדרכה עד שהאוטובוס מתרחק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יסודי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 · ремень безопасности · የደህንነት ቀበቶ · حزام الأمان · ceinture de sécurité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 · велосипед · ብስክሌት · دراجة هوائية · vélo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 · самокат · ስኩተር · سكوتر · trottinette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zon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מעבר חציה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ממתינים על המדרכה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רמזור הולכי רגל – אדום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כאן הולכים ברגל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דרך להולכי 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כאן חוצים את הכביש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שביל אופניים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נתיב לרוכבי אופניים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ent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אסור להיכנס מכאן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עוצר האוטובוס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לפנות ימינה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gree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מותר לחצות אחרי בדיקה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עוקפים 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מתכוננים לעצור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רוכבים עם פנס לבן מקדימה ופנס אדום מאחור.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הנוסעים ברכב חוגרים חגורת בטיחות, גם במושב האחורי.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לחצות מאחורי אוטובוס שעומד בתחנה.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והתמרור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עם מי אני חוצה כביש?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או ציירו: איך אני שומר או שומרת על עצמי בדרך?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יסודי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