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דף תרגול למסלול – יסודי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תמרורים, בטיחות בדרכים ושיח על ערכים – מותאם ליסודי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יסודי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https://tamrurei-siach.sites.tab.bot/track-y-k.html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מתכוננים לעצור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נותנים לאחרים לעבור קודם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קסדה מהודקת ברכיבה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כאן עוצר האוטובוס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נוסעים סביב הכיכר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אסור לרכוב על המדרכה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🚦 דף תרגול למסלול – יסודי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רמזור צהוב  |  תן זכות קדימה  |  חובשים קסדה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תמרור ← משמעות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ghtyellow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veway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64000" cy="86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lme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4000" cy="8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center"/>
            </w:pPr>
            <w:r>
              <w:rPr>
                <w:rFonts w:ascii="Arial" w:hAnsi="Arial" w:cs="Arial"/>
                <w:b/>
                <w:sz w:val="20"/>
                <w:rtl/>
                <w:szCs w:val="20"/>
                <w:bCs/>
              </w:rPr>
              <w:t>3</w:t>
            </w:r>
          </w:p>
        </w:tc>
      </w:tr>
    </w:tbl>
    <w:p>
      <w:pPr>
        <w:bidi/>
        <w:jc w:val="right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1. רמזור צהוב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נותנים לאחרים לעבור קודם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2. תן זכות קדימה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מתכוננים לעצור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3. חובשים קסדה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קסדה מהודקת ברכיבה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חידון קצר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כאן עוצר האוטובוס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כל הנוסעים חוגרים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undabout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נוסעים סביב הכיכר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כאן לא מעמידים רכב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מותר לרכוב על אופניים חשמליים על המדרכה.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אחרי הירידה מהאוטובוס מחכים על המדרכה עד שהוא מתרחק.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והתמרור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אני מרגיש/ה לפני שאני כועס/ת?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או ציירו: איך אני שומר או שומרת על עצמי בדרך?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למסלול – יסודי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