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דף תרגול למסלול –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תמרורים, בטיחות בדרכים ושיח על ערכים – מותאם לתיכון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https://tamrurei-siach.sites.tab.bot/track-t-r.html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סיבוב חד לפנים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נוסעים בזהירות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עוצרים עצירה מלאה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מותר לחצות אחרי בדיקה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מסילה לפנים – עוצרים ומקשיבים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זהירות, סכנה לפנים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אסור לרכוב על המדרכה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מחכים על המדרכה עד שהאוטובוס מתרחק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🚦 דף תרגול למסלול – תיכון – דף תרגול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תמרור ← משמעות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urv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ghtgree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op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green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4</w:t>
            </w:r>
          </w:p>
        </w:tc>
      </w:tr>
    </w:tbl>
    <w:p>
      <w:pPr>
        <w:bidi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1. עקומה מסוכנת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נוסעים בזהירות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2. רמזור ירוק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מותר לחצות אחרי בדיקה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3. עצור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סיבוב חד לפנים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4. רמזור הולכי רגל – ירוק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עוצרים עצירה מלאה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חידון קצר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ain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כאן לא מעמידים רכב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עוצרים לפני הקו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רוכבים לפי הכללים, לא על המדרכה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מסילה לפנים – עוצרים ומקשיבים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nger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זהירות, סכנה לפנים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סיבוב חד לפנים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כאן מותר לחנות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מותר לחצות אחרי בדיקה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הירידה מהאוטובוס מחכים על המדרכה עד שהוא מתרחק.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מותר לרכוב על אופניים חשמליים על המדרכה.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בתוך עיר, כשאין תמרור אחר, המהירות המרבית היא 50 קמ״ש.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מותר לחצות מאחורי אוטובוס שעומד בתחנה.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חוצים את הכביש במעבר חציה או ברמזור ירוק להולכי רגל.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מהכביש אל החיים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עקומה מסוכנת: איך אני מתכונן/ת לשינוי שמגיע: כיתה חדשה, מעבר, מבחן?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רמזור ירוק: מי מדליק לי "אור ירוק" – מעודד אותי להתקדם?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מכתב לעצמכם לקראת שינוי שמחכה לכם.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למסלול – תיכון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